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</w:p>
    <w:p>
      <w:pPr>
        <w:bidi/>
        <w:jc w:val="center"/>
      </w:pPr>
      <w:r>
        <w:rPr>
          <w:rFonts w:ascii="Arial" w:hAnsi="Arial" w:cs="Arial" w:eastAsia="Arial" w:hint="cs"/>
          <w:sz w:val="96"/>
          <w:szCs w:val="96"/>
          <w:rtl/>
        </w:rPr>
        <w:t>📙</w:t>
      </w:r>
    </w:p>
    <w:p>
      <w:pPr>
        <w:bidi/>
        <w:pStyle w:val="Title"/>
        <w:jc w:val="center"/>
      </w:pPr>
      <w:r>
        <w:rPr>
          <w:rFonts w:ascii="Arial" w:hAnsi="Arial" w:cs="Arial" w:eastAsia="Arial" w:hint="cs"/>
          <w:b/>
          <w:color w:val="4B2BA8"/>
          <w:sz w:val="52"/>
          <w:szCs w:val="52"/>
          <w:bCs/>
          <w:rtl/>
        </w:rPr>
        <w:t>חוברת 3 – מאגר טקסטים לכיתה ז׳</w:t>
      </w:r>
    </w:p>
    <w:p>
      <w:pPr>
        <w:bidi/>
        <w:jc w:val="center"/>
      </w:pPr>
      <w:r>
        <w:rPr>
          <w:rFonts w:ascii="Arial" w:hAnsi="Arial" w:cs="Arial" w:eastAsia="Arial" w:hint="cs"/>
          <w:color w:val="555555"/>
          <w:sz w:val="28"/>
          <w:szCs w:val="28"/>
          <w:rtl/>
        </w:rPr>
        <w:t>הבנת הנקרא · טקסטים 21–30 · גרסה: עולים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6A3FD4"/>
          <w:sz w:val="28"/>
          <w:szCs w:val="28"/>
          <w:bCs/>
          <w:rtl/>
        </w:rPr>
        <w:t>תוכן העניינים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1. 📸 "המצלמה לימדה אותי להסתכל": ראיון עם צלם צעיר (ראיון)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2. 💡 "רק הערה קטנה": למה כל כך קשה לשמוע ביקורת? (טור דעה)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3. 🎂 מסיבה לשלושים או פיקניק לארבעה? הוויכוח על ימי ההולדת (כתבה)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4. 📚 ספר ביד בעידן המסך: האם בני נוער עוד קוראים? (כתבה)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5. 🎙️ "לדבר לתוך מיקרופון ריק": שני מגישים בני 13 ופודקאסט אחד (ראיון)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6. 🎭 הבמה של רותם (סיפור קצר)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7. 🍊 שש בבוקר בפרדס: יום של קטיף עם כיתה ז׳ (כתבה)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8. 🚀 "כשאגדל אהיה...": החלומות של גיל 13 ומה קורה להם (כתבה)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9. 🌧️ ענן בחוץ, ענן בפנים? מזג האוויר ומצב הרוח (טקסט מידעי)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10. 🤐 לפני שלוחצים "שלח": על רכילות וקבוצות הודעות (טור דעה)</w:t>
      </w:r>
    </w:p>
    <w:p>
      <w:pPr>
        <w:bidi/>
        <w:jc w:val="center"/>
      </w:pPr>
      <w:r>
        <w:rPr>
          <w:rFonts w:ascii="Arial" w:hAnsi="Arial" w:cs="Arial" w:eastAsia="Arial" w:hint="cs"/>
          <w:color w:val="777777"/>
          <w:sz w:val="22"/>
          <w:szCs w:val="22"/>
          <w:rtl/>
        </w:rPr>
        <w:t>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📘 מהדורה למורה – מפתח תשובות לחוברת 3</w:t>
      </w: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2"/>
          <w:szCs w:val="22"/>
          <w:rtl/>
        </w:rPr>
        <w:t>מפתח התשובות לכל עשרת הטקסטים מרוכז כאן. דפי התלמיד מתחילים אחרי המפתח. מחוון לשאלות עמדה: עמדה ברורה – 2 · נימוק – 3 · הוכחה/דוגמה – 3 · לשון ומבנה – 2.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📸 "המצלמה לימדה אותי להסתכל": ראיון עם צלם צעיר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במה מצלם עידן?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א. בטלפון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במצלמה יקרה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בציור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1: </w:t>
      </w:r>
      <w:r>
        <w:rPr>
          <w:rFonts w:ascii="Arial" w:hAnsi="Arial" w:cs="Arial" w:eastAsia="Arial" w:hint="cs"/>
          <w:sz w:val="22"/>
          <w:szCs w:val="22"/>
          <w:rtl/>
        </w:rPr>
        <w:t>בטלפון.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מה עידן עושה לפני שמצלם אנשים?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צועק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ב. שואל אותם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בורח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2: </w:t>
      </w:r>
      <w:r>
        <w:rPr>
          <w:rFonts w:ascii="Arial" w:hAnsi="Arial" w:cs="Arial" w:eastAsia="Arial" w:hint="cs"/>
          <w:sz w:val="22"/>
          <w:szCs w:val="22"/>
          <w:rtl/>
        </w:rPr>
        <w:t>שואל אותם.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את מי צילם עידן עם כוס תה? – </w:t>
      </w:r>
      <w:r>
        <w:rPr>
          <w:rFonts w:ascii="Arial" w:hAnsi="Arial" w:cs="Arial" w:eastAsia="Arial" w:hint="cs"/>
          <w:sz w:val="22"/>
          <w:szCs w:val="22"/>
          <w:rtl/>
        </w:rPr>
        <w:t>את סבא שלו.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מה עידן רואה היום בדרך לבית הספר? כתבו דבר אחד. – </w:t>
      </w:r>
      <w:r>
        <w:rPr>
          <w:rFonts w:ascii="Arial" w:hAnsi="Arial" w:cs="Arial" w:eastAsia="Arial" w:hint="cs"/>
          <w:sz w:val="22"/>
          <w:szCs w:val="22"/>
          <w:rtl/>
        </w:rPr>
        <w:t>חתול בעציץ / השתקפות בשלולית / זקנה שמאכילה יונים.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השלימו: "דבר יפה שראיתי היום הוא ___." – </w:t>
      </w:r>
      <w:r>
        <w:rPr>
          <w:rFonts w:ascii="Arial" w:hAnsi="Arial" w:cs="Arial" w:eastAsia="Arial" w:hint="cs"/>
          <w:sz w:val="22"/>
          <w:szCs w:val="22"/>
          <w:rtl/>
        </w:rPr>
        <w:t>תשובה אישית.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במקרה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בלי תכנון מראש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האדים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פתוחות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שוליים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החלקים בקצה של תמונה או של דף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רשות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תמונה שרואים במים או במראה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השתקפות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אישור לעשות משהו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פקוחות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הפנים שלו נעשו אדומות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💡 "רק הערה קטנה": למה כל כך קשה לשמוע ביקורת?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מה כתבה המורה?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"אין הערות"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"עבודה גרועה"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ג. "איפה הדעה שלך?"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1: </w:t>
      </w:r>
      <w:r>
        <w:rPr>
          <w:rFonts w:ascii="Arial" w:hAnsi="Arial" w:cs="Arial" w:eastAsia="Arial" w:hint="cs"/>
          <w:sz w:val="22"/>
          <w:szCs w:val="22"/>
          <w:rtl/>
        </w:rPr>
        <w:t>"איפה הדעה שלך?"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איך הרגיש הכותב בהתחלה?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שמח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רעב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ג. כועס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2: </w:t>
      </w:r>
      <w:r>
        <w:rPr>
          <w:rFonts w:ascii="Arial" w:hAnsi="Arial" w:cs="Arial" w:eastAsia="Arial" w:hint="cs"/>
          <w:sz w:val="22"/>
          <w:szCs w:val="22"/>
          <w:rtl/>
        </w:rPr>
        <w:t>כועס.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מה עשה הכותב אחרי שנרגע? – </w:t>
      </w:r>
      <w:r>
        <w:rPr>
          <w:rFonts w:ascii="Arial" w:hAnsi="Arial" w:cs="Arial" w:eastAsia="Arial" w:hint="cs"/>
          <w:sz w:val="22"/>
          <w:szCs w:val="22"/>
          <w:rtl/>
        </w:rPr>
        <w:t>שאל את המורה איך לשפר.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מה זה "כריך" בביקורת? – </w:t>
      </w:r>
      <w:r>
        <w:rPr>
          <w:rFonts w:ascii="Arial" w:hAnsi="Arial" w:cs="Arial" w:eastAsia="Arial" w:hint="cs"/>
          <w:sz w:val="22"/>
          <w:szCs w:val="22"/>
          <w:rtl/>
        </w:rPr>
        <w:t>משהו טוב, משהו לשפר, משהו טוב.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השלימו: "כשמעירים לי, אני יכול/ה ___." – </w:t>
      </w:r>
      <w:r>
        <w:rPr>
          <w:rFonts w:ascii="Arial" w:hAnsi="Arial" w:cs="Arial" w:eastAsia="Arial" w:hint="cs"/>
          <w:sz w:val="22"/>
          <w:szCs w:val="22"/>
          <w:rtl/>
        </w:rPr>
        <w:t>תשובה אישית.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ציר זמן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לשים כל דבר בנפרד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משקיעים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בדיוק, על דבר מסוים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שליליים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רעים, לא טובים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להפריד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קו שמסדר אירועים לפי הסדר שבו קרו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ספציפית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נותן כוח ותקווה להמשיך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מעודד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נותנים הרבה זמן ומאמץ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🎂 מסיבה לשלושים או פיקניק לארבעה? הוויכוח על ימי ההולדת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מה עשתה יובל?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לא חגגה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ב. מסיבה גדולה לכל השכבה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פיקניק קטן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1: </w:t>
      </w:r>
      <w:r>
        <w:rPr>
          <w:rFonts w:ascii="Arial" w:hAnsi="Arial" w:cs="Arial" w:eastAsia="Arial" w:hint="cs"/>
          <w:sz w:val="22"/>
          <w:szCs w:val="22"/>
          <w:rtl/>
        </w:rPr>
        <w:t>מסיבה גדולה לכל השכבה.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מה עשתה אלה?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מסיבה באולם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טיול לחו"ל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ג. פיקניק קטן עם חברות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2: </w:t>
      </w:r>
      <w:r>
        <w:rPr>
          <w:rFonts w:ascii="Arial" w:hAnsi="Arial" w:cs="Arial" w:eastAsia="Arial" w:hint="cs"/>
          <w:sz w:val="22"/>
          <w:szCs w:val="22"/>
          <w:rtl/>
        </w:rPr>
        <w:t>פיקניק קטן עם שלוש חברות.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למה יובל הזמינה את כולם? – </w:t>
      </w:r>
      <w:r>
        <w:rPr>
          <w:rFonts w:ascii="Arial" w:hAnsi="Arial" w:cs="Arial" w:eastAsia="Arial" w:hint="cs"/>
          <w:sz w:val="22"/>
          <w:szCs w:val="22"/>
          <w:rtl/>
        </w:rPr>
        <w:t>כדי שאף אחד לא ירגיש בחוץ.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מה עושים ב"יום הולדת כיתתי"? – </w:t>
      </w:r>
      <w:r>
        <w:rPr>
          <w:rFonts w:ascii="Arial" w:hAnsi="Arial" w:cs="Arial" w:eastAsia="Arial" w:hint="cs"/>
          <w:sz w:val="22"/>
          <w:szCs w:val="22"/>
          <w:rtl/>
        </w:rPr>
        <w:t>חוגגים פעם בחודש לכל מי שנולד בחודש הזה.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השלימו: "ביום ההולדת שלי אני רוצה לחגוג עם ___ כי ___." – </w:t>
      </w:r>
      <w:r>
        <w:rPr>
          <w:rFonts w:ascii="Arial" w:hAnsi="Arial" w:cs="Arial" w:eastAsia="Arial" w:hint="cs"/>
          <w:sz w:val="22"/>
          <w:szCs w:val="22"/>
          <w:rtl/>
        </w:rPr>
        <w:t>תשובה אישית.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משקף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לגרום לאחרים לחשוב שאתה מיוחד או עשיר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אינטימי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קטן, קרוב ואישי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מגובשת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קושי עם כסף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להרשים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כאב קטן ועצוב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צביטה בלב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מראה, מבטא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לחץ כלכלי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שהחברים בה קרובים ומחוברים זה לזה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📚 ספר ביד בעידן המסך: האם בני נוער עוד קוראים?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איפה יש תור בהפסקה?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במגרש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בכיתה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ג. בספרייה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1: </w:t>
      </w:r>
      <w:r>
        <w:rPr>
          <w:rFonts w:ascii="Arial" w:hAnsi="Arial" w:cs="Arial" w:eastAsia="Arial" w:hint="cs"/>
          <w:sz w:val="22"/>
          <w:szCs w:val="22"/>
          <w:rtl/>
        </w:rPr>
        <w:t>בספרייה.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מה זה רומן גרפי?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ספר בלי מילים בכלל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ב. ספר עם ציורים ובועות דיבור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ספר על מוזיקה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2: </w:t>
      </w:r>
      <w:r>
        <w:rPr>
          <w:rFonts w:ascii="Arial" w:hAnsi="Arial" w:cs="Arial" w:eastAsia="Arial" w:hint="cs"/>
          <w:sz w:val="22"/>
          <w:szCs w:val="22"/>
          <w:rtl/>
        </w:rPr>
        <w:t>ספר שהסיפור בו מסופר בציורים ובבועות דיבור.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מה מפריע לדביר לקרוא? – </w:t>
      </w:r>
      <w:r>
        <w:rPr>
          <w:rFonts w:ascii="Arial" w:hAnsi="Arial" w:cs="Arial" w:eastAsia="Arial" w:hint="cs"/>
          <w:sz w:val="22"/>
          <w:szCs w:val="22"/>
          <w:rtl/>
        </w:rPr>
        <w:t>הטלפון שמצפצף.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מה עושים בבית הספר בכל יום שלישי? – </w:t>
      </w:r>
      <w:r>
        <w:rPr>
          <w:rFonts w:ascii="Arial" w:hAnsi="Arial" w:cs="Arial" w:eastAsia="Arial" w:hint="cs"/>
          <w:sz w:val="22"/>
          <w:szCs w:val="22"/>
          <w:rtl/>
        </w:rPr>
        <w:t>קוראים עשר דקות בשקט.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השלימו: "ספר שאני אוהב/ת הוא ___." – </w:t>
      </w:r>
      <w:r>
        <w:rPr>
          <w:rFonts w:ascii="Arial" w:hAnsi="Arial" w:cs="Arial" w:eastAsia="Arial" w:hint="cs"/>
          <w:sz w:val="22"/>
          <w:szCs w:val="22"/>
          <w:rtl/>
        </w:rPr>
        <w:t>תשובה אישית.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ז'אנר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הצורה שבה משהו מוצג (ספר, מסך, קול)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רומן גרפי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חושבים שמשהו לא חשוב או לא שווה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מזלזלים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סוג של ספר או סיפור (מתח, פנטזיה…)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לרפרף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ספר שבו הסיפור מסופר בציורים ובבועות דיבור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פורמט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לקרוא מהר ובשטחיות, בלי להתעמק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מועדון קוראים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קבוצה שנפגשת לדבר על ספרים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🎙️ "לדבר לתוך מיקרופון ריק": שני מגישים בני 13 ופודקאסט אחד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על מה התוכנית של אביגיל ויואב?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בישול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כדורגל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ג. בעלי חיים מוזרים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1: </w:t>
      </w:r>
      <w:r>
        <w:rPr>
          <w:rFonts w:ascii="Arial" w:hAnsi="Arial" w:cs="Arial" w:eastAsia="Arial" w:hint="cs"/>
          <w:sz w:val="22"/>
          <w:szCs w:val="22"/>
          <w:rtl/>
        </w:rPr>
        <w:t>בעלי חיים מוזרים.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מה עושים לפני שמקליטים?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ישנים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קונים מיקרופון יקר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ג. בודקים עובדות וכותבים נקודות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2: </w:t>
      </w:r>
      <w:r>
        <w:rPr>
          <w:rFonts w:ascii="Arial" w:hAnsi="Arial" w:cs="Arial" w:eastAsia="Arial" w:hint="cs"/>
          <w:sz w:val="22"/>
          <w:szCs w:val="22"/>
          <w:rtl/>
        </w:rPr>
        <w:t>בודקים עובדות וכותבים נקודות.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מה הטיפ למי שמדבר למיקרופון? – </w:t>
      </w:r>
      <w:r>
        <w:rPr>
          <w:rFonts w:ascii="Arial" w:hAnsi="Arial" w:cs="Arial" w:eastAsia="Arial" w:hint="cs"/>
          <w:sz w:val="22"/>
          <w:szCs w:val="22"/>
          <w:rtl/>
        </w:rPr>
        <w:t>לדמיין מאזין אחד ולדבר אליו.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כמה לבבות יש לתמנון? – </w:t>
      </w:r>
      <w:r>
        <w:rPr>
          <w:rFonts w:ascii="Arial" w:hAnsi="Arial" w:cs="Arial" w:eastAsia="Arial" w:hint="cs"/>
          <w:sz w:val="22"/>
          <w:szCs w:val="22"/>
          <w:rtl/>
        </w:rPr>
        <w:t>שלושה.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השלימו: "אם הייתה לי תוכנית שמע, היא הייתה על ___." – </w:t>
      </w:r>
      <w:r>
        <w:rPr>
          <w:rFonts w:ascii="Arial" w:hAnsi="Arial" w:cs="Arial" w:eastAsia="Arial" w:hint="cs"/>
          <w:sz w:val="22"/>
          <w:szCs w:val="22"/>
          <w:rtl/>
        </w:rPr>
        <w:t>תשובה אישית.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תוכנית שמע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לחתוך ולסדר הקלטה או טקסט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מקורות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טקסט שמכינים מראש למה שיגידו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תסריט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קול שחוזר בגלל שהוא פוגע בקיר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מונוטוני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המקומות שמהם לוקחים מידע (ספר, אתר, מומחה)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לערוך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תוכנית שמאזינים לה, בלי תמונה (פודקאסט)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באותו טון כל הזמן, בלי שינוי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🎭 הבמה של רותם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מה רותם לא עשתה בכיתה?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לא כתבה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ב. לא הצביעה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לא הקשיבה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1: </w:t>
      </w:r>
      <w:r>
        <w:rPr>
          <w:rFonts w:ascii="Arial" w:hAnsi="Arial" w:cs="Arial" w:eastAsia="Arial" w:hint="cs"/>
          <w:sz w:val="22"/>
          <w:szCs w:val="22"/>
          <w:rtl/>
        </w:rPr>
        <w:t>לא הצביעה.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לאיזה חוג רשמה אותה אמא?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שחייה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כדורגל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ג. דרמה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2: </w:t>
      </w:r>
      <w:r>
        <w:rPr>
          <w:rFonts w:ascii="Arial" w:hAnsi="Arial" w:cs="Arial" w:eastAsia="Arial" w:hint="cs"/>
          <w:sz w:val="22"/>
          <w:szCs w:val="22"/>
          <w:rtl/>
        </w:rPr>
        <w:t>דרמה.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על מה רותם כתבה? – </w:t>
      </w:r>
      <w:r>
        <w:rPr>
          <w:rFonts w:ascii="Arial" w:hAnsi="Arial" w:cs="Arial" w:eastAsia="Arial" w:hint="cs"/>
          <w:sz w:val="22"/>
          <w:szCs w:val="22"/>
          <w:rtl/>
        </w:rPr>
        <w:t>על ילדה ששומרת על מגדלור.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מה רותם עשתה בסוף הסיפור? – </w:t>
      </w:r>
      <w:r>
        <w:rPr>
          <w:rFonts w:ascii="Arial" w:hAnsi="Arial" w:cs="Arial" w:eastAsia="Arial" w:hint="cs"/>
          <w:sz w:val="22"/>
          <w:szCs w:val="22"/>
          <w:rtl/>
        </w:rPr>
        <w:t>הרימה יד בשיעור.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השלימו: "דבר שאני טוב/ה בו, גם אם אני שקט/ה, הוא ___." – </w:t>
      </w:r>
      <w:r>
        <w:rPr>
          <w:rFonts w:ascii="Arial" w:hAnsi="Arial" w:cs="Arial" w:eastAsia="Arial" w:hint="cs"/>
          <w:sz w:val="22"/>
          <w:szCs w:val="22"/>
          <w:rtl/>
        </w:rPr>
        <w:t>תשובה אישית.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ביישנית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הראתה הפתעה או ספק בפנים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להצביע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מי שמתביישת ומתקשה לדבר מול אחרים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הרימה גבה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תנועה של הורדת הראש והגוף לפני קהל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קידה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צחק צחוק קטן ושקט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צחקק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להרים יד בכיתה כדי לדבר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צלול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נקי וברור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🍊 שש בבוקר בפרדס: יום של קטיף עם כיתה ז׳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מה קטפה הכיתה?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ענבים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ב. תפוזים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תפוחי אדמה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1: </w:t>
      </w:r>
      <w:r>
        <w:rPr>
          <w:rFonts w:ascii="Arial" w:hAnsi="Arial" w:cs="Arial" w:eastAsia="Arial" w:hint="cs"/>
          <w:sz w:val="22"/>
          <w:szCs w:val="22"/>
          <w:rtl/>
        </w:rPr>
        <w:t>תפוזים.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איך קוטפים פרי, לפי אהרון?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זורקים לארגז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מושכים חזק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ג. מסובבים בעדינות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2: </w:t>
      </w:r>
      <w:r>
        <w:rPr>
          <w:rFonts w:ascii="Arial" w:hAnsi="Arial" w:cs="Arial" w:eastAsia="Arial" w:hint="cs"/>
          <w:sz w:val="22"/>
          <w:szCs w:val="22"/>
          <w:rtl/>
        </w:rPr>
        <w:t>מסובבים בעדינות או גוזרים במזמרה.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מה שלח אהרון לכיתה? – </w:t>
      </w:r>
      <w:r>
        <w:rPr>
          <w:rFonts w:ascii="Arial" w:hAnsi="Arial" w:cs="Arial" w:eastAsia="Arial" w:hint="cs"/>
          <w:sz w:val="22"/>
          <w:szCs w:val="22"/>
          <w:rtl/>
        </w:rPr>
        <w:t>ארגז תפוזים מתנה.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מה כתבה רוני? – </w:t>
      </w:r>
      <w:r>
        <w:rPr>
          <w:rFonts w:ascii="Arial" w:hAnsi="Arial" w:cs="Arial" w:eastAsia="Arial" w:hint="cs"/>
          <w:sz w:val="22"/>
          <w:szCs w:val="22"/>
          <w:rtl/>
        </w:rPr>
        <w:t>"האוכל לא מגיע מהסופר. הוא מגיע מאנשים."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השלימו: "בפעם הבאה שאוכל פרי, אחשוב על ___." – </w:t>
      </w:r>
      <w:r>
        <w:rPr>
          <w:rFonts w:ascii="Arial" w:hAnsi="Arial" w:cs="Arial" w:eastAsia="Arial" w:hint="cs"/>
          <w:sz w:val="22"/>
          <w:szCs w:val="22"/>
          <w:rtl/>
        </w:rPr>
        <w:t>תשובה אישית.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פרדס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תקופה ארוכה בלי גשם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משק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מטע של עצי פרי הדר, כמו תפוזים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מזמרה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חווה, מקום של חקלאות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סחרחורת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מספריים מיוחדות לגזירת ענפים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בצורת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הרגשה שהכול מסתובב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לכבד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להעריך ולהתייחס יפה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🚀 "כשאגדל אהיה...": החלומות של גיל 13 ומה קורה להם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מה שאלה המחנכת?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איפה גרים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ב. מה תרצו להיות כשתגדלו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מה אכלתם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1: </w:t>
      </w:r>
      <w:r>
        <w:rPr>
          <w:rFonts w:ascii="Arial" w:hAnsi="Arial" w:cs="Arial" w:eastAsia="Arial" w:hint="cs"/>
          <w:sz w:val="22"/>
          <w:szCs w:val="22"/>
          <w:rtl/>
        </w:rPr>
        <w:t>מה תרצו להיות כשתגדלו.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מה קורה לחלומות של רוב הילדים?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א. הם משתנים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הם תמיד אותו דבר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הם נעלמים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2: </w:t>
      </w:r>
      <w:r>
        <w:rPr>
          <w:rFonts w:ascii="Arial" w:hAnsi="Arial" w:cs="Arial" w:eastAsia="Arial" w:hint="cs"/>
          <w:sz w:val="22"/>
          <w:szCs w:val="22"/>
          <w:rtl/>
        </w:rPr>
        <w:t>הם משתנים.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מה זה "חוט", לפי היועצת? – </w:t>
      </w:r>
      <w:r>
        <w:rPr>
          <w:rFonts w:ascii="Arial" w:hAnsi="Arial" w:cs="Arial" w:eastAsia="Arial" w:hint="cs"/>
          <w:sz w:val="22"/>
          <w:szCs w:val="22"/>
          <w:rtl/>
        </w:rPr>
        <w:t>משהו שחוזר בכל החלומות, כמו "לעזור לאחרים".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מה מותר לענות אם לא יודעים? – </w:t>
      </w:r>
      <w:r>
        <w:rPr>
          <w:rFonts w:ascii="Arial" w:hAnsi="Arial" w:cs="Arial" w:eastAsia="Arial" w:hint="cs"/>
          <w:sz w:val="22"/>
          <w:szCs w:val="22"/>
          <w:rtl/>
        </w:rPr>
        <w:t>"אני עוד מגלה."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השלימו: "אני מרגיש/ה שהזמן טס כש___." – </w:t>
      </w:r>
      <w:r>
        <w:rPr>
          <w:rFonts w:ascii="Arial" w:hAnsi="Arial" w:cs="Arial" w:eastAsia="Arial" w:hint="cs"/>
          <w:sz w:val="22"/>
          <w:szCs w:val="22"/>
          <w:rtl/>
        </w:rPr>
        <w:t>תשובה אישית.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מגוונות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(כאן) דבר שחוזר ומחבר בין דברים שונים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תהפוכות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רצון לדעת ולגלות דברים חדשים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סקרנות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של מי שחושב כמו מבוגר, אחראית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חוט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מרגישה שמשהו לא קרה כמו שרצתה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מאוכזבת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שינויים גדולים ומהירים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בוגרת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שונות זו מזו, מכל מיני סוגים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🌧️ ענן בחוץ, ענן בפנים? מזג האוויר ומצב הרוח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מה מאיה רוצה לעשות כשיורד גשם?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לרוץ מרתון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לשחות בים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ג. להישאר בחדר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1: </w:t>
      </w:r>
      <w:r>
        <w:rPr>
          <w:rFonts w:ascii="Arial" w:hAnsi="Arial" w:cs="Arial" w:eastAsia="Arial" w:hint="cs"/>
          <w:sz w:val="22"/>
          <w:szCs w:val="22"/>
          <w:rtl/>
        </w:rPr>
        <w:t>להישאר בחדר, לשתות שוקו ולקרוא.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מה יש פחות בחורף?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אוויר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ב. אור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מים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2: </w:t>
      </w:r>
      <w:r>
        <w:rPr>
          <w:rFonts w:ascii="Arial" w:hAnsi="Arial" w:cs="Arial" w:eastAsia="Arial" w:hint="cs"/>
          <w:sz w:val="22"/>
          <w:szCs w:val="22"/>
          <w:rtl/>
        </w:rPr>
        <w:t>אור.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מה עידו אוהב בגשם? – </w:t>
      </w:r>
      <w:r>
        <w:rPr>
          <w:rFonts w:ascii="Arial" w:hAnsi="Arial" w:cs="Arial" w:eastAsia="Arial" w:hint="cs"/>
          <w:sz w:val="22"/>
          <w:szCs w:val="22"/>
          <w:rtl/>
        </w:rPr>
        <w:t>את הריח של האדמה הרטובה.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כתבו דבר אחד שעוזר ביום אפור. – </w:t>
      </w:r>
      <w:r>
        <w:rPr>
          <w:rFonts w:ascii="Arial" w:hAnsi="Arial" w:cs="Arial" w:eastAsia="Arial" w:hint="cs"/>
          <w:sz w:val="22"/>
          <w:szCs w:val="22"/>
          <w:rtl/>
        </w:rPr>
        <w:t>לצאת החוצה / לפתוח וילון / לזוז / משחק עם המשפחה.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השלימו: "ביום גשום אני אוהב/ת ___." – </w:t>
      </w:r>
      <w:r>
        <w:rPr>
          <w:rFonts w:ascii="Arial" w:hAnsi="Arial" w:cs="Arial" w:eastAsia="Arial" w:hint="cs"/>
          <w:sz w:val="22"/>
          <w:szCs w:val="22"/>
          <w:rtl/>
        </w:rPr>
        <w:t>תשובה אישית.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להתכרבל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לחשוב מראש שמשהו יקרה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חסרי מנוחה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לא מצליחים לשבת בשקט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נחשפים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חזק מאוד, יותר מהרגיל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קיצוני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פוגשים, מקבלים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אקלים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להתכסות ולהתקפל בנוחות, כמו בשמיכה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לצפות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מזג האוויר הרגיל באזור לאורך שנים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🤐 לפני שלוחצים "שלח": על רכילות וקבוצות הודעות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מה זה רכילות?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א. לדבר על מישהו כשהוא לא שם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ללמוד למבחן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לשחק כדורגל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1: </w:t>
      </w:r>
      <w:r>
        <w:rPr>
          <w:rFonts w:ascii="Arial" w:hAnsi="Arial" w:cs="Arial" w:eastAsia="Arial" w:hint="cs"/>
          <w:sz w:val="22"/>
          <w:szCs w:val="22"/>
          <w:rtl/>
        </w:rPr>
        <w:t>לדבר על מישהו כשהוא לא שם.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מה אומרת סבתא של הכותבת?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מילים לא חשובות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למילים יש רגליים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ג. למילים יש כנפיים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2: </w:t>
      </w:r>
      <w:r>
        <w:rPr>
          <w:rFonts w:ascii="Arial" w:hAnsi="Arial" w:cs="Arial" w:eastAsia="Arial" w:hint="cs"/>
          <w:sz w:val="22"/>
          <w:szCs w:val="22"/>
          <w:rtl/>
        </w:rPr>
        <w:t>למילים יש כנפיים.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כתבו שער אחד מ"שלושת השערים". – </w:t>
      </w:r>
      <w:r>
        <w:rPr>
          <w:rFonts w:ascii="Arial" w:hAnsi="Arial" w:cs="Arial" w:eastAsia="Arial" w:hint="cs"/>
          <w:sz w:val="22"/>
          <w:szCs w:val="22"/>
          <w:rtl/>
        </w:rPr>
        <w:t>האם זה נכון? / האם זה נחוץ? / האם זה טוב?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מה אפשר לכתוב כדי לעצור רכילות? – </w:t>
      </w:r>
      <w:r>
        <w:rPr>
          <w:rFonts w:ascii="Arial" w:hAnsi="Arial" w:cs="Arial" w:eastAsia="Arial" w:hint="cs"/>
          <w:sz w:val="22"/>
          <w:szCs w:val="22"/>
          <w:rtl/>
        </w:rPr>
        <w:t>"די, זה לא נחמד."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השלימו: "לפני ששולחים הודעה על מישהו, אני ___." – </w:t>
      </w:r>
      <w:r>
        <w:rPr>
          <w:rFonts w:ascii="Arial" w:hAnsi="Arial" w:cs="Arial" w:eastAsia="Arial" w:hint="cs"/>
          <w:sz w:val="22"/>
          <w:szCs w:val="22"/>
          <w:rtl/>
        </w:rPr>
        <w:t>תשובה אישית.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רכילות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מנהגים ורעיונות שעוברים מדור לדור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מסורת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כמעט נפל, נתקל ברגל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צילום מסך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(כאן) הרבה הודעות שבאות אחת אחרי השנייה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מעד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דיבור על אנשים כשהם לא שם, בדרך כלל דברים לא נעימים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נחוץ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תמונה של מה שרואים על מסך הטלפון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שרשרת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שצריך אותו באמת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📸 "המצלמה לימדה אותי להסתכל": ראיון עם צלם צעיר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2"/>
          <w:szCs w:val="22"/>
          <w:rtl/>
        </w:rPr>
        <w:t>ראיון · גרסה: עולים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24"/>
          <w:szCs w:val="24"/>
          <w:iCs/>
          <w:rtl/>
        </w:rPr>
        <w:t>קִראו את הטקסט. מילים קשות מוסברות במילון בסוף הטקסט.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(א) </w:t>
      </w:r>
      <w:r>
        <w:rPr>
          <w:rFonts w:ascii="Arial" w:hAnsi="Arial" w:cs="Arial" w:eastAsia="Arial" w:hint="cs"/>
          <w:sz w:val="24"/>
          <w:szCs w:val="24"/>
          <w:rtl/>
        </w:rPr>
        <w:t>עידן בן 13. הוא מצלם בטלפון. התמונות שלו הוצגו בתערוכה בספרייה.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(ב) </w:t>
      </w:r>
      <w:r>
        <w:rPr>
          <w:rFonts w:ascii="Arial" w:hAnsi="Arial" w:cs="Arial" w:eastAsia="Arial" w:hint="cs"/>
          <w:sz w:val="24"/>
          <w:szCs w:val="24"/>
          <w:rtl/>
        </w:rPr>
        <w:t>הוא התחיל כשהיה חולה. הוא צילם מהחלון ראה שהאור משתנה כל שעה.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(ג) </w:t>
      </w:r>
      <w:r>
        <w:rPr>
          <w:rFonts w:ascii="Arial" w:hAnsi="Arial" w:cs="Arial" w:eastAsia="Arial" w:hint="cs"/>
          <w:sz w:val="24"/>
          <w:szCs w:val="24"/>
          <w:rtl/>
        </w:rPr>
        <w:t>עידן אומר: לצלם באמת זה לעצור ולחכות לרגע הנכון. כך צילם את סבא שלו צוחק.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(ד) </w:t>
      </w:r>
      <w:r>
        <w:rPr>
          <w:rFonts w:ascii="Arial" w:hAnsi="Arial" w:cs="Arial" w:eastAsia="Arial" w:hint="cs"/>
          <w:sz w:val="24"/>
          <w:szCs w:val="24"/>
          <w:rtl/>
        </w:rPr>
        <w:t>הכללים שלו: לחכות לאור יפה, להתקרב או להתרחק, ולא לצלם אנשים בלי לשאול.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(ה) </w:t>
      </w:r>
      <w:r>
        <w:rPr>
          <w:rFonts w:ascii="Arial" w:hAnsi="Arial" w:cs="Arial" w:eastAsia="Arial" w:hint="cs"/>
          <w:sz w:val="24"/>
          <w:szCs w:val="24"/>
          <w:rtl/>
        </w:rPr>
        <w:t>הצילום לימד אותו להסתכל על העולם. העצה שלו: לצלם כל יום דבר אחד חדש.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24"/>
          <w:szCs w:val="24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במקרה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בלי תכנון מראש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האדים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הפנים שלו נעשו אדומות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שוליים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החלקים בקצה של תמונה או של דף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רשות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אישור לעשות משהו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השתקפות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תמונה שרואים במים או במראה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פקוחות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פתוחות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2"/>
          <w:szCs w:val="22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במה מצלם עידן?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בטלפון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במצלמה יקרה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בציור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מה עידן עושה לפני שמצלם אנשים?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צועק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שואל אותם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בורח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3. את מי צילם עידן עם כוס תה?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4. מה עידן רואה היום בדרך לבית הספר? כתבו דבר אחד.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5. השלימו: "דבר יפה שראיתי היום הוא 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במקרה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בלי תכנון מראש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האדים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פתוחות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שוליים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החלקים בקצה של תמונה או של דף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רשות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תמונה שרואים במים או במראה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השתקפות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אישור לעשות משהו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פקוחות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הפנים שלו נעשו אדומות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איך הרגשתי בעבודה על הטקסט?   😀   🙂   😐   🙁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💡 "רק הערה קטנה": למה כל כך קשה לשמוע ביקורת?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2"/>
          <w:szCs w:val="22"/>
          <w:rtl/>
        </w:rPr>
        <w:t>טור דעה · גרסה: עולים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24"/>
          <w:szCs w:val="24"/>
          <w:iCs/>
          <w:rtl/>
        </w:rPr>
        <w:t>קִראו את הטקסט. מילים קשות מוסברות במילון בסוף הטקסט.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(א) </w:t>
      </w:r>
      <w:r>
        <w:rPr>
          <w:rFonts w:ascii="Arial" w:hAnsi="Arial" w:cs="Arial" w:eastAsia="Arial" w:hint="cs"/>
          <w:sz w:val="24"/>
          <w:szCs w:val="24"/>
          <w:rtl/>
        </w:rPr>
        <w:t>הכותב הגיש עבודה. המורה כתבה הערה: "איפה הדעה שלך?". הוא ראה רק את ההערה, וכעס.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(ב) </w:t>
      </w:r>
      <w:r>
        <w:rPr>
          <w:rFonts w:ascii="Arial" w:hAnsi="Arial" w:cs="Arial" w:eastAsia="Arial" w:hint="cs"/>
          <w:sz w:val="24"/>
          <w:szCs w:val="24"/>
          <w:rtl/>
        </w:rPr>
        <w:t>למה ביקורת כואבת? כי אנחנו שומעים "אתה לא טוב", ולא "העבודה צריכה שיפור".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(ג) </w:t>
      </w:r>
      <w:r>
        <w:rPr>
          <w:rFonts w:ascii="Arial" w:hAnsi="Arial" w:cs="Arial" w:eastAsia="Arial" w:hint="cs"/>
          <w:sz w:val="24"/>
          <w:szCs w:val="24"/>
          <w:rtl/>
        </w:rPr>
        <w:t>אחרי כמה ימים הוא קרא שוב והבין שהמורה צדקה. הוא שאל אותה איך לשפר. בעבודה הבאה הוא הצליח.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(ד) </w:t>
      </w:r>
      <w:r>
        <w:rPr>
          <w:rFonts w:ascii="Arial" w:hAnsi="Arial" w:cs="Arial" w:eastAsia="Arial" w:hint="cs"/>
          <w:sz w:val="24"/>
          <w:szCs w:val="24"/>
          <w:rtl/>
        </w:rPr>
        <w:t>איך שומעים ביקורת: נושמים, זוכרים שההערה היא על העבודה, ושואלים "מה אני לומד מזה?".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(ה) </w:t>
      </w:r>
      <w:r>
        <w:rPr>
          <w:rFonts w:ascii="Arial" w:hAnsi="Arial" w:cs="Arial" w:eastAsia="Arial" w:hint="cs"/>
          <w:sz w:val="24"/>
          <w:szCs w:val="24"/>
          <w:rtl/>
        </w:rPr>
        <w:t>איך נותנים ביקורת: "כריך" – משהו טוב, משהו לשפר, ועוד משהו טוב.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24"/>
          <w:szCs w:val="24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ציר זמן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קו שמסדר אירועים לפי הסדר שבו קרו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משקיעים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נותנים הרבה זמן ומאמץ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שליליים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רעים, לא טובים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להפריד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לשים כל דבר בנפרד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ספציפית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בדיוק, על דבר מסוים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מעודד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נותן כוח ותקווה להמשיך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2"/>
          <w:szCs w:val="22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מה כתבה המורה?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"אין הערות"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"עבודה גרועה"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"איפה הדעה שלך?"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איך הרגיש הכותב בהתחלה?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שמח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רעב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כועס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3. מה עשה הכותב אחרי שנרגע?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4. מה זה "כריך" בביקורת?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5. השלימו: "כשמעירים לי, אני יכול/ה 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ציר זמן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לשים כל דבר בנפרד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משקיעים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בדיוק, על דבר מסוים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שליליים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רעים, לא טובים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להפריד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קו שמסדר אירועים לפי הסדר שבו קרו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ספציפית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נותן כוח ותקווה להמשיך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מעודד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נותנים הרבה זמן ומאמץ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איך הרגשתי בעבודה על הטקסט?   😀   🙂   😐   🙁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🎂 מסיבה לשלושים או פיקניק לארבעה? הוויכוח על ימי ההולדת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2"/>
          <w:szCs w:val="22"/>
          <w:rtl/>
        </w:rPr>
        <w:t>כתבה · גרסה: עולים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24"/>
          <w:szCs w:val="24"/>
          <w:iCs/>
          <w:rtl/>
        </w:rPr>
        <w:t>קִראו את הטקסט. מילים קשות מוסברות במילון בסוף הטקסט.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(א) </w:t>
      </w:r>
      <w:r>
        <w:rPr>
          <w:rFonts w:ascii="Arial" w:hAnsi="Arial" w:cs="Arial" w:eastAsia="Arial" w:hint="cs"/>
          <w:sz w:val="24"/>
          <w:szCs w:val="24"/>
          <w:rtl/>
        </w:rPr>
        <w:t>יובל עשתה מסיבה גדולה לכל השכבה. אלה עשתה פיקניק קטן עם שלוש חברות.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(ב) </w:t>
      </w:r>
      <w:r>
        <w:rPr>
          <w:rFonts w:ascii="Arial" w:hAnsi="Arial" w:cs="Arial" w:eastAsia="Arial" w:hint="cs"/>
          <w:sz w:val="24"/>
          <w:szCs w:val="24"/>
          <w:rtl/>
        </w:rPr>
        <w:t>יובל הזמינה את כולם, כי לא רצתה שמישהו ירגיש בחוץ. אבל בסוף היא לא דיברה באמת עם אף אחד.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(ג) </w:t>
      </w:r>
      <w:r>
        <w:rPr>
          <w:rFonts w:ascii="Arial" w:hAnsi="Arial" w:cs="Arial" w:eastAsia="Arial" w:hint="cs"/>
          <w:sz w:val="24"/>
          <w:szCs w:val="24"/>
          <w:rtl/>
        </w:rPr>
        <w:t>אלה רצתה לחגוג עם החברות הכי קרובות. אבל ילדה אחרת הרגישה עצובה שלא הזמינו אותה.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(ד) </w:t>
      </w:r>
      <w:r>
        <w:rPr>
          <w:rFonts w:ascii="Arial" w:hAnsi="Arial" w:cs="Arial" w:eastAsia="Arial" w:hint="cs"/>
          <w:sz w:val="24"/>
          <w:szCs w:val="24"/>
          <w:rtl/>
        </w:rPr>
        <w:t>המחנכת אומרת: מותר לחגוג בקטן, אבל לא מדברים על זה בקבוצה של הכיתה.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(ה) </w:t>
      </w:r>
      <w:r>
        <w:rPr>
          <w:rFonts w:ascii="Arial" w:hAnsi="Arial" w:cs="Arial" w:eastAsia="Arial" w:hint="cs"/>
          <w:sz w:val="24"/>
          <w:szCs w:val="24"/>
          <w:rtl/>
        </w:rPr>
        <w:t>יש כיתות שחוגגות יום הולדת כיתתי פעם בחודש. יובל ואלה חשבו על רעיון: פיקניק גדול.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24"/>
          <w:szCs w:val="24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משקף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מראה, מבטא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אינטימי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קטן, קרוב ואישי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מגובשת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שהחברים בה קרובים ומחוברים זה לזה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להרשים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לגרום לאחרים לחשוב שאתה מיוחד או עשיר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צביטה בלב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כאב קטן ועצוב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לחץ כלכלי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קושי עם כסף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2"/>
          <w:szCs w:val="22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מה עשתה יובל?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לא חגגה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מסיבה גדולה לכל השכבה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פיקניק קטן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מה עשתה אלה?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מסיבה באולם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טיול לחו"ל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פיקניק קטן עם חברות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3. למה יובל הזמינה את כולם?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4. מה עושים ב"יום הולדת כיתתי"?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5. השלימו: "ביום ההולדת שלי אני רוצה לחגוג עם ___ כי 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משקף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לגרום לאחרים לחשוב שאתה מיוחד או עשיר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אינטימי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קטן, קרוב ואישי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מגובשת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קושי עם כסף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להרשים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כאב קטן ועצוב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צביטה בלב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מראה, מבטא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לחץ כלכלי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שהחברים בה קרובים ומחוברים זה לזה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איך הרגשתי בעבודה על הטקסט?   😀   🙂   😐   🙁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📚 ספר ביד בעידן המסך: האם בני נוער עוד קוראים?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2"/>
          <w:szCs w:val="22"/>
          <w:rtl/>
        </w:rPr>
        <w:t>כתבה · גרסה: עולים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24"/>
          <w:szCs w:val="24"/>
          <w:iCs/>
          <w:rtl/>
        </w:rPr>
        <w:t>קִראו את הטקסט. מילים קשות מוסברות במילון בסוף הטקסט.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(א) </w:t>
      </w:r>
      <w:r>
        <w:rPr>
          <w:rFonts w:ascii="Arial" w:hAnsi="Arial" w:cs="Arial" w:eastAsia="Arial" w:hint="cs"/>
          <w:sz w:val="24"/>
          <w:szCs w:val="24"/>
          <w:rtl/>
        </w:rPr>
        <w:t>אומרים שבני נוער לא קוראים. אבל בספרייה של החטיבה יש תור בהפסקה.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(ב) </w:t>
      </w:r>
      <w:r>
        <w:rPr>
          <w:rFonts w:ascii="Arial" w:hAnsi="Arial" w:cs="Arial" w:eastAsia="Arial" w:hint="cs"/>
          <w:sz w:val="24"/>
          <w:szCs w:val="24"/>
          <w:rtl/>
        </w:rPr>
        <w:t>בני נוער אוהבים ספרי פנטזיה, ספרי מתח, וספרים עם ציורים – רומן גרפי.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(ג) </w:t>
      </w:r>
      <w:r>
        <w:rPr>
          <w:rFonts w:ascii="Arial" w:hAnsi="Arial" w:cs="Arial" w:eastAsia="Arial" w:hint="cs"/>
          <w:sz w:val="24"/>
          <w:szCs w:val="24"/>
          <w:rtl/>
        </w:rPr>
        <w:t>מה מפריע? הטלפון מצפצף, והם עייפים אחרי יום ארוך. קשה להתרכז בטקסט ארוך.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(ד) </w:t>
      </w:r>
      <w:r>
        <w:rPr>
          <w:rFonts w:ascii="Arial" w:hAnsi="Arial" w:cs="Arial" w:eastAsia="Arial" w:hint="cs"/>
          <w:sz w:val="24"/>
          <w:szCs w:val="24"/>
          <w:rtl/>
        </w:rPr>
        <w:t>בספר מנייר קל לחזור אחורה. במסך אפשר להגדיל אותיות ולחפש מילה. העיקר – לקרוא.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(ה) </w:t>
      </w:r>
      <w:r>
        <w:rPr>
          <w:rFonts w:ascii="Arial" w:hAnsi="Arial" w:cs="Arial" w:eastAsia="Arial" w:hint="cs"/>
          <w:sz w:val="24"/>
          <w:szCs w:val="24"/>
          <w:rtl/>
        </w:rPr>
        <w:t>בחטיבה קוראים עשר דקות בשקט בכל יום שלישי. דביר משאיר את הטלפון בחדר אחר כשהוא קורא.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24"/>
          <w:szCs w:val="24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ז'אנר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סוג של ספר או סיפור (מתח, פנטזיה…)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רומן גרפי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ספר שבו הסיפור מסופר בציורים ובבועות דיבור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מזלזלים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חושבים שמשהו לא חשוב או לא שווה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לרפרף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לקרוא מהר ובשטחיות, בלי להתעמק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פורמט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הצורה שבה משהו מוצג (ספר, מסך, קול)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מועדון קוראים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קבוצה שנפגשת לדבר על ספרים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2"/>
          <w:szCs w:val="22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איפה יש תור בהפסקה?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במגרש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בכיתה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בספרייה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מה זה רומן גרפי?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ספר בלי מילים בכלל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ספר עם ציורים ובועות דיבור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ספר על מוזיקה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3. מה מפריע לדביר לקרוא?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4. מה עושים בבית הספר בכל יום שלישי?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5. השלימו: "ספר שאני אוהב/ת הוא 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ז'אנר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הצורה שבה משהו מוצג (ספר, מסך, קול)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רומן גרפי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חושבים שמשהו לא חשוב או לא שווה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מזלזלים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סוג של ספר או סיפור (מתח, פנטזיה…)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לרפרף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ספר שבו הסיפור מסופר בציורים ובבועות דיבור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פורמט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לקרוא מהר ובשטחיות, בלי להתעמק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מועדון קוראים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קבוצה שנפגשת לדבר על ספרים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איך הרגשתי בעבודה על הטקסט?   😀   🙂   😐   🙁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🎙️ "לדבר לתוך מיקרופון ריק": שני מגישים בני 13 ופודקאסט אחד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2"/>
          <w:szCs w:val="22"/>
          <w:rtl/>
        </w:rPr>
        <w:t>ראיון · גרסה: עולים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24"/>
          <w:szCs w:val="24"/>
          <w:iCs/>
          <w:rtl/>
        </w:rPr>
        <w:t>קִראו את הטקסט. מילים קשות מוסברות במילון בסוף הטקסט.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(א) </w:t>
      </w:r>
      <w:r>
        <w:rPr>
          <w:rFonts w:ascii="Arial" w:hAnsi="Arial" w:cs="Arial" w:eastAsia="Arial" w:hint="cs"/>
          <w:sz w:val="24"/>
          <w:szCs w:val="24"/>
          <w:rtl/>
        </w:rPr>
        <w:t>אביגיל ויואב בכיתה ז׳. הם מגישים תוכנית שמע על בעלי חיים מוזרים.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(ב) </w:t>
      </w:r>
      <w:r>
        <w:rPr>
          <w:rFonts w:ascii="Arial" w:hAnsi="Arial" w:cs="Arial" w:eastAsia="Arial" w:hint="cs"/>
          <w:sz w:val="24"/>
          <w:szCs w:val="24"/>
          <w:rtl/>
        </w:rPr>
        <w:t>איך מכינים פרק? קודם קוראים ובודקים עובדות. אחר כך כותבים נקודות. בסוף מקליטים ועורכים.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(ג) </w:t>
      </w:r>
      <w:r>
        <w:rPr>
          <w:rFonts w:ascii="Arial" w:hAnsi="Arial" w:cs="Arial" w:eastAsia="Arial" w:hint="cs"/>
          <w:sz w:val="24"/>
          <w:szCs w:val="24"/>
          <w:rtl/>
        </w:rPr>
        <w:t>מה היה קשה? לדבר למיקרופון. הטיפ: לדמיין מאזין אחד ולדבר אליו.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(ד) </w:t>
      </w:r>
      <w:r>
        <w:rPr>
          <w:rFonts w:ascii="Arial" w:hAnsi="Arial" w:cs="Arial" w:eastAsia="Arial" w:hint="cs"/>
          <w:sz w:val="24"/>
          <w:szCs w:val="24"/>
          <w:rtl/>
        </w:rPr>
        <w:t>מה הם למדו? אפשר להתווכח ולהישאר חברים. וצריך לבדוק כל עובדה בעוד מקום.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(ה) </w:t>
      </w:r>
      <w:r>
        <w:rPr>
          <w:rFonts w:ascii="Arial" w:hAnsi="Arial" w:cs="Arial" w:eastAsia="Arial" w:hint="cs"/>
          <w:sz w:val="24"/>
          <w:szCs w:val="24"/>
          <w:rtl/>
        </w:rPr>
        <w:t>העצות שלהם: לבחור נושא שאוהבים, לא לחכות לציוד יקר, ולבקש רשות לפני שמקליטים מישהו.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24"/>
          <w:szCs w:val="24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תוכנית שמע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תוכנית שמאזינים לה, בלי תמונה (פודקאסט)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מקורות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המקומות שמהם לוקחים מידע (ספר, אתר, מומחה)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תסריט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טקסט שמכינים מראש למה שיגידו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מונוטוני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באותו טון כל הזמן, בלי שינוי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לערוך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לחתוך ולסדר הקלטה או טקסט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הד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קול שחוזר בגלל שהוא פוגע בקיר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2"/>
          <w:szCs w:val="22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על מה התוכנית של אביגיל ויואב?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בישול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כדורגל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בעלי חיים מוזרים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מה עושים לפני שמקליטים?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ישנים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קונים מיקרופון יקר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בודקים עובדות וכותבים נקודות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3. מה הטיפ למי שמדבר למיקרופון?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4. כמה לבבות יש לתמנון?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5. השלימו: "אם הייתה לי תוכנית שמע, היא הייתה על 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תוכנית שמע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לחתוך ולסדר הקלטה או טקסט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מקורות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טקסט שמכינים מראש למה שיגידו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תסריט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קול שחוזר בגלל שהוא פוגע בקיר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מונוטוני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המקומות שמהם לוקחים מידע (ספר, אתר, מומחה)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לערוך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תוכנית שמאזינים לה, בלי תמונה (פודקאסט)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באותו טון כל הזמן, בלי שינוי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איך הרגשתי בעבודה על הטקסט?   😀   🙂   😐   🙁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🎭 הבמה של רותם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2"/>
          <w:szCs w:val="22"/>
          <w:rtl/>
        </w:rPr>
        <w:t>סיפור קצר · גרסה: עולים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24"/>
          <w:szCs w:val="24"/>
          <w:iCs/>
          <w:rtl/>
        </w:rPr>
        <w:t>קִראו את הטקסט. מילים קשות מוסברות במילון בסוף הטקסט.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(א) </w:t>
      </w:r>
      <w:r>
        <w:rPr>
          <w:rFonts w:ascii="Arial" w:hAnsi="Arial" w:cs="Arial" w:eastAsia="Arial" w:hint="cs"/>
          <w:sz w:val="24"/>
          <w:szCs w:val="24"/>
          <w:rtl/>
        </w:rPr>
        <w:t>רותם ידעה תשובות, אבל לא הצביעה. בתעודה נכתב: "מומלץ להשתתף יותר".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(ב) </w:t>
      </w:r>
      <w:r>
        <w:rPr>
          <w:rFonts w:ascii="Arial" w:hAnsi="Arial" w:cs="Arial" w:eastAsia="Arial" w:hint="cs"/>
          <w:sz w:val="24"/>
          <w:szCs w:val="24"/>
          <w:rtl/>
        </w:rPr>
        <w:t>אמא רשמה אותה לחוג דרמה. במפגש הראשון היא דיברה בשקט, ומישהו צחק.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(ג) </w:t>
      </w:r>
      <w:r>
        <w:rPr>
          <w:rFonts w:ascii="Arial" w:hAnsi="Arial" w:cs="Arial" w:eastAsia="Arial" w:hint="cs"/>
          <w:sz w:val="24"/>
          <w:szCs w:val="24"/>
          <w:rtl/>
        </w:rPr>
        <w:t>המדריכה שאלה אם היא אוהבת לכתוב. רותם כתבה סיפור על ילדה ששומרת על מגדלור.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(ד) </w:t>
      </w:r>
      <w:r>
        <w:rPr>
          <w:rFonts w:ascii="Arial" w:hAnsi="Arial" w:cs="Arial" w:eastAsia="Arial" w:hint="cs"/>
          <w:sz w:val="24"/>
          <w:szCs w:val="24"/>
          <w:rtl/>
        </w:rPr>
        <w:t>רותם קראה את התפקיד של שומרת המגדלור. כשהיא דיברה כמו הדמות, היא לא פחדה.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(ה) </w:t>
      </w:r>
      <w:r>
        <w:rPr>
          <w:rFonts w:ascii="Arial" w:hAnsi="Arial" w:cs="Arial" w:eastAsia="Arial" w:hint="cs"/>
          <w:sz w:val="24"/>
          <w:szCs w:val="24"/>
          <w:rtl/>
        </w:rPr>
        <w:t>בערב ההצגה רותם עלתה לבמה ודיברה בקול ברור. למחרת, בכיתה, היא הרימה יד.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24"/>
          <w:szCs w:val="24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ביישנית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מי שמתביישת ומתקשה לדבר מול אחרים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להצביע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להרים יד בכיתה כדי לדבר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הרימה גבה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הראתה הפתעה או ספק בפנים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קידה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תנועה של הורדת הראש והגוף לפני קהל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צחקק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צחק צחוק קטן ושקט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צלול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נקי וברור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2"/>
          <w:szCs w:val="22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מה רותם לא עשתה בכיתה?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לא כתבה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לא הצביעה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לא הקשיבה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לאיזה חוג רשמה אותה אמא?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שחייה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כדורגל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דרמה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3. על מה רותם כתבה?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4. מה רותם עשתה בסוף הסיפור?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5. השלימו: "דבר שאני טוב/ה בו, גם אם אני שקט/ה, הוא 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ביישנית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הראתה הפתעה או ספק בפנים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להצביע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מי שמתביישת ומתקשה לדבר מול אחרים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הרימה גבה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תנועה של הורדת הראש והגוף לפני קהל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קידה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צחק צחוק קטן ושקט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צחקק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להרים יד בכיתה כדי לדבר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צלול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נקי וברור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איך הרגשתי בעבודה על הטקסט?   😀   🙂   😐   🙁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🍊 שש בבוקר בפרדס: יום של קטיף עם כיתה ז׳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2"/>
          <w:szCs w:val="22"/>
          <w:rtl/>
        </w:rPr>
        <w:t>כתבה · גרסה: עולים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24"/>
          <w:szCs w:val="24"/>
          <w:iCs/>
          <w:rtl/>
        </w:rPr>
        <w:t>קִראו את הטקסט. מילים קשות מוסברות במילון בסוף הטקסט.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(א) </w:t>
      </w:r>
      <w:r>
        <w:rPr>
          <w:rFonts w:ascii="Arial" w:hAnsi="Arial" w:cs="Arial" w:eastAsia="Arial" w:hint="cs"/>
          <w:sz w:val="24"/>
          <w:szCs w:val="24"/>
          <w:rtl/>
        </w:rPr>
        <w:t>כיתה ז׳ יצאה להתנדב בקטיף תפוזים. הם יצאו מוקדם בבוקר, והיה קר.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(ב) </w:t>
      </w:r>
      <w:r>
        <w:rPr>
          <w:rFonts w:ascii="Arial" w:hAnsi="Arial" w:cs="Arial" w:eastAsia="Arial" w:hint="cs"/>
          <w:sz w:val="24"/>
          <w:szCs w:val="24"/>
          <w:rtl/>
        </w:rPr>
        <w:t>הם למדו בשיעור שחקלאים צריכים עזרה. המחנכת מצאה משק משפחתי.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(ג) </w:t>
      </w:r>
      <w:r>
        <w:rPr>
          <w:rFonts w:ascii="Arial" w:hAnsi="Arial" w:cs="Arial" w:eastAsia="Arial" w:hint="cs"/>
          <w:sz w:val="24"/>
          <w:szCs w:val="24"/>
          <w:rtl/>
        </w:rPr>
        <w:t>החקלאי אהרון הסביר כללים: קוטפים רק פרי כתום, מסובבים בעדינות, ושותים מים.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(ד) </w:t>
      </w:r>
      <w:r>
        <w:rPr>
          <w:rFonts w:ascii="Arial" w:hAnsi="Arial" w:cs="Arial" w:eastAsia="Arial" w:hint="cs"/>
          <w:sz w:val="24"/>
          <w:szCs w:val="24"/>
          <w:rtl/>
        </w:rPr>
        <w:t>העבודה הייתה קשה. הידיים כאבו. אבל הכיתה מילאה יותר ממאה ארגזים.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(ה) </w:t>
      </w:r>
      <w:r>
        <w:rPr>
          <w:rFonts w:ascii="Arial" w:hAnsi="Arial" w:cs="Arial" w:eastAsia="Arial" w:hint="cs"/>
          <w:sz w:val="24"/>
          <w:szCs w:val="24"/>
          <w:rtl/>
        </w:rPr>
        <w:t>רוני כתבה: "האוכל לא מגיע מהסופר. הוא מגיע מאנשים." אהרון שלח לכיתה ארגז תפוזים מתנה.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24"/>
          <w:szCs w:val="24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פרדס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מטע של עצי פרי הדר, כמו תפוזים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משק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חווה, מקום של חקלאות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מזמרה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מספריים מיוחדות לגזירת ענפים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סחרחורת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הרגשה שהכול מסתובב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בצורת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תקופה ארוכה בלי גשם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לכבד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להעריך ולהתייחס יפה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2"/>
          <w:szCs w:val="22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מה קטפה הכיתה?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ענבים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תפוזים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תפוחי אדמה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איך קוטפים פרי, לפי אהרון?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זורקים לארגז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מושכים חזק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מסובבים בעדינות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3. מה שלח אהרון לכיתה?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4. מה כתבה רוני?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5. השלימו: "בפעם הבאה שאוכל פרי, אחשוב על 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פרדס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תקופה ארוכה בלי גשם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משק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מטע של עצי פרי הדר, כמו תפוזים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מזמרה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חווה, מקום של חקלאות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סחרחורת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מספריים מיוחדות לגזירת ענפים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בצורת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הרגשה שהכול מסתובב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לכבד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להעריך ולהתייחס יפה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איך הרגשתי בעבודה על הטקסט?   😀   🙂   😐   🙁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🚀 "כשאגדל אהיה...": החלומות של גיל 13 ומה קורה להם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2"/>
          <w:szCs w:val="22"/>
          <w:rtl/>
        </w:rPr>
        <w:t>כתבה · גרסה: עולים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24"/>
          <w:szCs w:val="24"/>
          <w:iCs/>
          <w:rtl/>
        </w:rPr>
        <w:t>קִראו את הטקסט. מילים קשות מוסברות במילון בסוף הטקסט.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(א) </w:t>
      </w:r>
      <w:r>
        <w:rPr>
          <w:rFonts w:ascii="Arial" w:hAnsi="Arial" w:cs="Arial" w:eastAsia="Arial" w:hint="cs"/>
          <w:sz w:val="24"/>
          <w:szCs w:val="24"/>
          <w:rtl/>
        </w:rPr>
        <w:t>המחנכת שאלה: "מה תרצו להיות?". התלמידים כתבו תשובות רבות ושונות. שלושה כתבו "אין לי מושג".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(ב) </w:t>
      </w:r>
      <w:r>
        <w:rPr>
          <w:rFonts w:ascii="Arial" w:hAnsi="Arial" w:cs="Arial" w:eastAsia="Arial" w:hint="cs"/>
          <w:sz w:val="24"/>
          <w:szCs w:val="24"/>
          <w:rtl/>
        </w:rPr>
        <w:t>רק מעט תלמידים רצו את אותו מקצוע גם בכיתה ג׳. החלומות משתנים.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(ג) </w:t>
      </w:r>
      <w:r>
        <w:rPr>
          <w:rFonts w:ascii="Arial" w:hAnsi="Arial" w:cs="Arial" w:eastAsia="Arial" w:hint="cs"/>
          <w:sz w:val="24"/>
          <w:szCs w:val="24"/>
          <w:rtl/>
        </w:rPr>
        <w:t>היועצת אומרת: זה טוב! חלום שמשתנה מראה סקרנות. היא שואלת: "מה אתה אוהב לעשות?".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(ד) </w:t>
      </w:r>
      <w:r>
        <w:rPr>
          <w:rFonts w:ascii="Arial" w:hAnsi="Arial" w:cs="Arial" w:eastAsia="Arial" w:hint="cs"/>
          <w:sz w:val="24"/>
          <w:szCs w:val="24"/>
          <w:rtl/>
        </w:rPr>
        <w:t>כדאי לחפש "חוט": דבר שחוזר. למשל – ילדה שתמיד רוצה לטפל באחרים.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(ה) </w:t>
      </w:r>
      <w:r>
        <w:rPr>
          <w:rFonts w:ascii="Arial" w:hAnsi="Arial" w:cs="Arial" w:eastAsia="Arial" w:hint="cs"/>
          <w:sz w:val="24"/>
          <w:szCs w:val="24"/>
          <w:rtl/>
        </w:rPr>
        <w:t>מותר להגיד: "אני עוד מגלה". זו תשובה בוגרת.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24"/>
          <w:szCs w:val="24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מגוונות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שונות זו מזו, מכל מיני סוגים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תהפוכות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שינויים גדולים ומהירים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סקרנות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רצון לדעת ולגלות דברים חדשים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חוט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(כאן) דבר שחוזר ומחבר בין דברים שונים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מאוכזבת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מרגישה שמשהו לא קרה כמו שרצתה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בוגרת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של מי שחושב כמו מבוגר, אחראית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2"/>
          <w:szCs w:val="22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מה שאלה המחנכת?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איפה גרים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מה תרצו להיות כשתגדלו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מה אכלתם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מה קורה לחלומות של רוב הילדים?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הם משתנים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הם תמיד אותו דבר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הם נעלמים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3. מה זה "חוט", לפי היועצת?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4. מה מותר לענות אם לא יודעים?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5. השלימו: "אני מרגיש/ה שהזמן טס כש___."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מגוונות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(כאן) דבר שחוזר ומחבר בין דברים שונים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תהפוכות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רצון לדעת ולגלות דברים חדשים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סקרנות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של מי שחושב כמו מבוגר, אחראית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חוט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מרגישה שמשהו לא קרה כמו שרצתה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מאוכזבת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שינויים גדולים ומהירים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בוגרת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שונות זו מזו, מכל מיני סוגים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איך הרגשתי בעבודה על הטקסט?   😀   🙂   😐   🙁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🌧️ ענן בחוץ, ענן בפנים? מזג האוויר ומצב הרוח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2"/>
          <w:szCs w:val="22"/>
          <w:rtl/>
        </w:rPr>
        <w:t>טקסט מידעי · גרסה: עולים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24"/>
          <w:szCs w:val="24"/>
          <w:iCs/>
          <w:rtl/>
        </w:rPr>
        <w:t>קִראו את הטקסט. מילים קשות מוסברות במילון בסוף הטקסט.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(א) </w:t>
      </w:r>
      <w:r>
        <w:rPr>
          <w:rFonts w:ascii="Arial" w:hAnsi="Arial" w:cs="Arial" w:eastAsia="Arial" w:hint="cs"/>
          <w:sz w:val="24"/>
          <w:szCs w:val="24"/>
          <w:rtl/>
        </w:rPr>
        <w:t>בימים גשומים מאיה רוצה להישאר בחדר. גם בכיתה יש יותר פיהוקים.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(ב) </w:t>
      </w:r>
      <w:r>
        <w:rPr>
          <w:rFonts w:ascii="Arial" w:hAnsi="Arial" w:cs="Arial" w:eastAsia="Arial" w:hint="cs"/>
          <w:sz w:val="24"/>
          <w:szCs w:val="24"/>
          <w:rtl/>
        </w:rPr>
        <w:t>האור משפיע על השעון של הגוף. בחורף יש פחות אור, וחלק מהאנשים מרגישים עייפים ועצובים יותר.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(ג) </w:t>
      </w:r>
      <w:r>
        <w:rPr>
          <w:rFonts w:ascii="Arial" w:hAnsi="Arial" w:cs="Arial" w:eastAsia="Arial" w:hint="cs"/>
          <w:sz w:val="24"/>
          <w:szCs w:val="24"/>
          <w:rtl/>
        </w:rPr>
        <w:t>גם מה שעושים משפיע: בגשם יוצאים פחות וזזים פחות.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(ד) </w:t>
      </w:r>
      <w:r>
        <w:rPr>
          <w:rFonts w:ascii="Arial" w:hAnsi="Arial" w:cs="Arial" w:eastAsia="Arial" w:hint="cs"/>
          <w:sz w:val="24"/>
          <w:szCs w:val="24"/>
          <w:rtl/>
        </w:rPr>
        <w:t>לא כולם מרגישים אותו דבר. עידו אוהב גשם ואת הריח של האדמה הרטובה.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(ה) </w:t>
      </w:r>
      <w:r>
        <w:rPr>
          <w:rFonts w:ascii="Arial" w:hAnsi="Arial" w:cs="Arial" w:eastAsia="Arial" w:hint="cs"/>
          <w:sz w:val="24"/>
          <w:szCs w:val="24"/>
          <w:rtl/>
        </w:rPr>
        <w:t>מה עוזר? לצאת קצת החוצה, לפתוח וילון, לזוז, ולעשות משהו נעים. אם העצב לא עובר – מדברים עם מבוגר.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24"/>
          <w:szCs w:val="24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להתכרבל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להתכסות ולהתקפל בנוחות, כמו בשמיכה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חסרי מנוחה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לא מצליחים לשבת בשקט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נחשפים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פוגשים, מקבלים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קיצוני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חזק מאוד, יותר מהרגיל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אקלים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מזג האוויר הרגיל באזור לאורך שנים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לצפות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לחשוב מראש שמשהו יקרה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2"/>
          <w:szCs w:val="22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מה מאיה רוצה לעשות כשיורד גשם?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לרוץ מרתון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לשחות בים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להישאר בחדר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מה יש פחות בחורף?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אוויר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אור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מים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3. מה עידו אוהב בגשם?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4. כתבו דבר אחד שעוזר ביום אפור.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5. השלימו: "ביום גשום אני אוהב/ת 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להתכרבל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לחשוב מראש שמשהו יקרה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חסרי מנוחה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לא מצליחים לשבת בשקט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נחשפים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חזק מאוד, יותר מהרגיל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קיצוני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פוגשים, מקבלים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אקלים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להתכסות ולהתקפל בנוחות, כמו בשמיכה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לצפות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מזג האוויר הרגיל באזור לאורך שנים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איך הרגשתי בעבודה על הטקסט?   😀   🙂   😐   🙁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🤐 לפני שלוחצים "שלח": על רכילות וקבוצות הודעות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2"/>
          <w:szCs w:val="22"/>
          <w:rtl/>
        </w:rPr>
        <w:t>טור דעה · גרסה: עולים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24"/>
          <w:szCs w:val="24"/>
          <w:iCs/>
          <w:rtl/>
        </w:rPr>
        <w:t>קִראו את הטקסט. מילים קשות מוסברות במילון בסוף הטקסט.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(א) </w:t>
      </w:r>
      <w:r>
        <w:rPr>
          <w:rFonts w:ascii="Arial" w:hAnsi="Arial" w:cs="Arial" w:eastAsia="Arial" w:hint="cs"/>
          <w:sz w:val="24"/>
          <w:szCs w:val="24"/>
          <w:rtl/>
        </w:rPr>
        <w:t>בקבוצות ההודעות מתחילים לפעמים לדבר על ילד או ילדה. תוך דקות כולם יודעים, חוץ ממי שמדברים עליו.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(ב) </w:t>
      </w:r>
      <w:r>
        <w:rPr>
          <w:rFonts w:ascii="Arial" w:hAnsi="Arial" w:cs="Arial" w:eastAsia="Arial" w:hint="cs"/>
          <w:sz w:val="24"/>
          <w:szCs w:val="24"/>
          <w:rtl/>
        </w:rPr>
        <w:t>"שמירת הלשון" היא רעיון ישן: להיזהר במה שאומרים על אחרים. סבתא של הכותבת אומרת: למילים יש כנפיים.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(ג) </w:t>
      </w:r>
      <w:r>
        <w:rPr>
          <w:rFonts w:ascii="Arial" w:hAnsi="Arial" w:cs="Arial" w:eastAsia="Arial" w:hint="cs"/>
          <w:sz w:val="24"/>
          <w:szCs w:val="24"/>
          <w:rtl/>
        </w:rPr>
        <w:t>מבחן "שלושת השערים": האם זה נכון? האם זה נחוץ? האם זה טוב? אם לא – לא כותבים.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(ד) </w:t>
      </w:r>
      <w:r>
        <w:rPr>
          <w:rFonts w:ascii="Arial" w:hAnsi="Arial" w:cs="Arial" w:eastAsia="Arial" w:hint="cs"/>
          <w:sz w:val="24"/>
          <w:szCs w:val="24"/>
          <w:rtl/>
        </w:rPr>
        <w:t>גם מי ששולח רק אימוג'י צוחק משתתף. אבל אדם אחד שכותב "די, זה לא נחמד" יכול לעצור את הכול.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(ה) </w:t>
      </w:r>
      <w:r>
        <w:rPr>
          <w:rFonts w:ascii="Arial" w:hAnsi="Arial" w:cs="Arial" w:eastAsia="Arial" w:hint="cs"/>
          <w:sz w:val="24"/>
          <w:szCs w:val="24"/>
          <w:rtl/>
        </w:rPr>
        <w:t>ההצעה: לעצור חמש שניות לפני שכותבים על מישהו, ולא להעביר צילום מסך בלי רשות.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24"/>
          <w:szCs w:val="24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רכילות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דיבור על אנשים כשהם לא שם, בדרך כלל דברים לא נעימים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מסורת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מנהגים ורעיונות שעוברים מדור לדור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צילום מסך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תמונה של מה שרואים על מסך הטלפון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מעד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כמעט נפל, נתקל ברגל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נחוץ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שצריך אותו באמת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שרשרת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(כאן) הרבה הודעות שבאות אחת אחרי השנייה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2"/>
          <w:szCs w:val="22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מה זה רכילות?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לדבר על מישהו כשהוא לא שם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ללמוד למבחן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לשחק כדורגל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מה אומרת סבתא של הכותבת?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מילים לא חשובות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למילים יש רגליים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למילים יש כנפיים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3. כתבו שער אחד מ"שלושת השערים".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4. מה אפשר לכתוב כדי לעצור רכילות?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5. השלימו: "לפני ששולחים הודעה על מישהו, אני 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רכילות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מנהגים ורעיונות שעוברים מדור לדור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מסורת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כמעט נפל, נתקל ברגל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צילום מסך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(כאן) הרבה הודעות שבאות אחת אחרי השנייה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מעד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דיבור על אנשים כשהם לא שם, בדרך כלל דברים לא נעימים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נחוץ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תמונה של מה שרואים על מסך הטלפון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שרשרת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שצריך אותו באמת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איך הרגשתי בעבודה על הטקסט?   😀   🙂   😐   🙁</w:t>
      </w:r>
    </w:p>
    <w:sectPr w:rsidR="00FC693F" w:rsidRPr="0006063C" w:rsidSect="00034616">
      <w:footerReference w:type="default" r:id="rId9"/>
      <w:pgSz w:w="11906" w:h="16838"/>
      <w:pgMar w:top="850" w:right="907" w:bottom="850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 w:eastAsia="Arial" w:hint="cs"/>
        <w:color w:val="777777"/>
        <w:sz w:val="16"/>
        <w:szCs w:val="16"/>
        <w:rtl/>
      </w:rPr>
      <w:t>יצרה: רוית ראש בן ישי · מאגר טקסטים לכיתה ז׳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</w:pPr>
    <w:rPr>
      <w:rFonts w:ascii="Arial" w:hAnsi="Arial" w:cs="Arial" w:eastAsia="Arial" w:hint="c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bidi/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 w:hint="c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bidi/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bidi/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bidi/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 w:eastAsia="Arial" w:hint="c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3 – מאגר טקסטים לכיתה ז׳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